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22 האותיות ואת 5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הניקוד ואת הצליל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אותיות דומות וכתיבה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22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מימין לשמאל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אותיות סופיות -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סופיות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 מ נ פ צ הופכות לך ם ן ף ץ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באמצע מילה כותבים את הצורה הרגילה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ניקוד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(נשמעים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(נשמעים 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(נשמע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(נשמע o)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ניקוד ודגש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f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דומות - תקנו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מילה כותבים ך ולא כ - מֶלֶךְ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בכל המשפחה (לטייל, מטייל) כותבים 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שהמילים מסתיימות בך/ם/ן/ף/ץ בהתאם לאות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סֵפֶר (פ רגילה =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קמץ (a)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מנצפ״ך בעזרת שיר או תנועות ידיים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לקרוא בקול את המילים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אותיות דומות מומלץ להדגים על הלוח את ההבדל הציורי בין האותיות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האותיות, הניקוד והכתיבה - הבסיס לקריאה ולכתיבה בעברית.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נ  ·  ך  ·  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22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אותיות יש באלף־בית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כיוון כותבים וקוראים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משמאל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מימין לשמאל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אותיות סופיות - מנצפ״ך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המילה 'מֶלֶך' כותבים את האות __________ (הצורה הסופית של כ)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בסוף המילה 'שָׁלום' כותבים את האות __________ (הצורה הסופית של 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במילה 'גַּנִּים' באמצע המילה כותבים את האות הרגילה __________ (לא ן)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אותיות סופיות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5 אותיות סופיות באלף־בית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באמצע מילה כותבים תמיד את הצורה הסופית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ניקוד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קָמָץ ופַּתָּח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נשמע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צֵירֵי וסֶגּוֹל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נשמע 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נשמעים a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נשמעים e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ניקוד ודגש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צליל יש לאות 'בּ' עם 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במילה 'סֵפֶר' איך נשמעת האות 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b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אותיות דומות - תקנו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הטעות במילה 'מלכ' ואיך כותבים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כותבים 'טִיּוּל' עם ט ולא עם 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הקיפו: באיזו מילה פ נשמעת f - פֶּרַח או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