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22 האותיות ואת 5 האותיות הסופיות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סימני הניקוד ואת הצליל של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הבדלה בין אותיות דומות וכתיבה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22 האותיות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מימין לשמאל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יש לה שם וצליל, ולא תמיד הם אותו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אותיות סופיות - מנצפ״ך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אותיות סופיות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 מ נ פ צ הופכות לך ם ן ף ץ בסוף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באמצע מילה כותבים את הצורה הרגילה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בדיוק הכלל של מנצפ״ך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באמצע מילה כותבים פ רגילה, לא 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ניקוד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(נשמעים a)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(נשמעים 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(נשמע 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(נשמע o)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(נשמעים u)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ניקוד ודגש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f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kh (כמו 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בַּיִת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אותיות דומות - תקנו את הטעות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בסוף מילה כותבים ך ולא כ - מֶלֶךְ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באמצע מילה כותבים נ רגילה - גַּנִּים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יש פינה חדה למעלה, ר יש פינה עגולה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בכל המשפחה (לטייל, מטייל) כותבים 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שהמילים מסתיימות בך/ם/ן/ף/ץ בהתאם לאות המקורית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סֵפֶר (פ רגילה = f)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קמץ (a)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מנצפ״ך בעזרת שיר או תנועות ידיים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לבקש מהתלמידים לקרוא בקול את המילים לפני מילוי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בחלקים עם אותיות דומות מומלץ להדגים על הלוח את ההבדל הציורי בין האותיות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את האותיות ואת הניקוד. זה עוזר לקרוא ולכתוב.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אָלֶף־בֵּית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22 האותיות שבהן כותבים 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אותיות סופיות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שמשנות צורה בסוף מילה - מנצפ״ך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נִיקוּד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נקודות וקווים קטנים שמראים איזו תנועה יש באות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דָּגֵשׁ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בתוך אות שמשנה את הצליל 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תְּנוּעָה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הצליל שבא אחרי האות: a, e, i, o, u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שְׁוָא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ניקוד שלפעמים נשמע קצר ולפעמים לא נשמע כלל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22 האותיות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אותיות יש באלף־בית?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כותבים עברית - לאיזה כיוון?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משמאל לימין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מלמעלה 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מימין לשמאל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כיוון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 לכל 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לה רק 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לה רק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לה שם וצליל, ולא תמיד הם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אות ראשונה במילה אבא?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אותיות סופיות - מנצפ״ך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בסוף המילה 'מֶלֶך' כותבים את האות __________ (הצורה הסופית של כ)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בסוף המילה 'שָׁלום' כותבים את האות __________ (הצורה הסופית של מ)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במילה 'גַּנִּים' באמצע המילה כותבים את האות הרגילה __________ (לא 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כשמוסיפים סיומת למילה 'עֵץ' מקבלים 'עֵצִים' - האות חוזרת להיות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המילה 'כַּף' כותבים את האות הסופית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אותיות סופיות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5 אותיות סופיות באלף־בית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באמצע מילה כותבים תמיד את הצורה הסופית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סופית באה רק בסוף 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'כַּפּוֹת' נכתבת עם ף באמצע המילה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ניקוד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קָמָץ ופַּתָּח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נשמעים 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צֵירֵי וסֶגּוֹל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נשמע o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חִירִיק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נשמעים u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חוֹלָם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נשמעים a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שׁוּרוּק וקֻבּוּץ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נשמע i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ניקוד ודגש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נשמעת בּ עם נקודה?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kh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נשמעת פ במילה 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נשמעת כ בלי נקודה?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k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kh (כמו ח)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מילה יש נקודה באות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אָבִיב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בַּיִת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לֶחֶם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עֵץ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אותיות דומות - תקנו את הטעות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הטעות במילה 'מלכ' ואיך כותבים נכון?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הטעות במילה 'גןים' ואיך כותבים נכון?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בכתיבה בין האותיות ד ו־ר?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כותבים 'טִיּוּל' עם ט ולא עם 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2 מילים שנגמרות באות סופית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הקיפו: באיזו מילה פ נשמעת f - פֶּרַח או סֵפֶר?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תנועה יש באות הראשונה של המילה 'דָּג'?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אותיות, ניקוד וכתב 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